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56B4" w14:textId="77777777" w:rsidR="00F86CF3" w:rsidRPr="00302CD0" w:rsidRDefault="00302CD0">
      <w:pPr>
        <w:spacing w:after="0"/>
        <w:jc w:val="center"/>
        <w:rPr>
          <w:lang w:val="pl-PL"/>
        </w:rPr>
      </w:pPr>
      <w:bookmarkStart w:id="0" w:name="_Hlk238301695"/>
      <w:r w:rsidRPr="00302CD0">
        <w:rPr>
          <w:rFonts w:ascii="Aptos Display" w:hAnsi="Aptos Display"/>
          <w:b/>
          <w:color w:val="1F4E79"/>
          <w:sz w:val="32"/>
          <w:lang w:val="pl-PL"/>
        </w:rPr>
        <w:t>OLIMPIADA ARTYSTYCZNA</w:t>
      </w:r>
    </w:p>
    <w:p w14:paraId="2040EF5D" w14:textId="3F979F51" w:rsidR="00F86CF3" w:rsidRPr="00302CD0" w:rsidRDefault="00302CD0">
      <w:pPr>
        <w:spacing w:after="80"/>
        <w:jc w:val="center"/>
        <w:rPr>
          <w:rFonts w:ascii="Aptos Display" w:hAnsi="Aptos Display"/>
          <w:b/>
          <w:sz w:val="26"/>
          <w:lang w:val="pl-PL"/>
        </w:rPr>
      </w:pPr>
      <w:r w:rsidRPr="00302CD0">
        <w:rPr>
          <w:rFonts w:ascii="Aptos Display" w:hAnsi="Aptos Display"/>
          <w:b/>
          <w:sz w:val="26"/>
          <w:lang w:val="pl-PL"/>
        </w:rPr>
        <w:t>KARTA UCZESTNICZKI/UCZESTNIKA</w:t>
      </w:r>
    </w:p>
    <w:p w14:paraId="022F3668" w14:textId="77777777" w:rsidR="00302CD0" w:rsidRPr="00302CD0" w:rsidRDefault="00302CD0">
      <w:pPr>
        <w:spacing w:after="80"/>
        <w:jc w:val="center"/>
        <w:rPr>
          <w:lang w:val="pl-PL"/>
        </w:rPr>
      </w:pPr>
    </w:p>
    <w:tbl>
      <w:tblPr>
        <w:tblW w:w="0" w:type="auto"/>
        <w:jc w:val="center"/>
        <w:tblBorders>
          <w:top w:val="single" w:sz="6" w:space="0" w:color="9FBAD0"/>
          <w:left w:val="single" w:sz="6" w:space="0" w:color="9FBAD0"/>
          <w:bottom w:val="single" w:sz="6" w:space="0" w:color="9FBAD0"/>
          <w:right w:val="single" w:sz="6" w:space="0" w:color="9FBAD0"/>
          <w:insideH w:val="single" w:sz="6" w:space="0" w:color="9FBAD0"/>
          <w:insideV w:val="single" w:sz="6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3005"/>
        <w:gridCol w:w="4649"/>
      </w:tblGrid>
      <w:tr w:rsidR="00F86CF3" w:rsidRPr="00302CD0" w14:paraId="3C48B9F4" w14:textId="77777777">
        <w:trPr>
          <w:jc w:val="center"/>
        </w:trPr>
        <w:tc>
          <w:tcPr>
            <w:tcW w:w="2381" w:type="dxa"/>
            <w:shd w:val="clear" w:color="auto" w:fill="D9EAF7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62B908F" w14:textId="1D2294AA" w:rsidR="00F86CF3" w:rsidRPr="00302CD0" w:rsidRDefault="00302CD0">
            <w:pPr>
              <w:spacing w:after="0"/>
              <w:rPr>
                <w:sz w:val="24"/>
                <w:szCs w:val="24"/>
                <w:lang w:val="pl-PL"/>
              </w:rPr>
            </w:pPr>
            <w:r w:rsidRPr="00302CD0">
              <w:rPr>
                <w:b/>
                <w:color w:val="1F4E79"/>
                <w:sz w:val="24"/>
                <w:szCs w:val="24"/>
                <w:lang w:val="pl-PL"/>
              </w:rPr>
              <w:t>Rok szkolny</w:t>
            </w:r>
            <w:r w:rsidRPr="00302CD0">
              <w:rPr>
                <w:b/>
                <w:color w:val="1F4E79"/>
                <w:sz w:val="24"/>
                <w:szCs w:val="24"/>
                <w:lang w:val="pl-PL"/>
              </w:rPr>
              <w:br/>
            </w:r>
            <w:r w:rsidRPr="00302CD0">
              <w:rPr>
                <w:sz w:val="24"/>
                <w:szCs w:val="24"/>
                <w:lang w:val="pl-PL"/>
              </w:rPr>
              <w:t>2026/2027</w:t>
            </w:r>
          </w:p>
        </w:tc>
        <w:tc>
          <w:tcPr>
            <w:tcW w:w="3005" w:type="dxa"/>
            <w:shd w:val="clear" w:color="auto" w:fill="D9EAF7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055AC9F" w14:textId="3EFED69B" w:rsidR="00F86CF3" w:rsidRPr="00302CD0" w:rsidRDefault="00302CD0">
            <w:pPr>
              <w:spacing w:after="0"/>
              <w:rPr>
                <w:sz w:val="24"/>
                <w:szCs w:val="24"/>
                <w:lang w:val="pl-PL"/>
              </w:rPr>
            </w:pPr>
            <w:r w:rsidRPr="00302CD0">
              <w:rPr>
                <w:b/>
                <w:color w:val="1F4E79"/>
                <w:sz w:val="24"/>
                <w:szCs w:val="24"/>
                <w:lang w:val="pl-PL"/>
              </w:rPr>
              <w:t>Okręg</w:t>
            </w:r>
            <w:r w:rsidRPr="00302CD0">
              <w:rPr>
                <w:b/>
                <w:color w:val="1F4E79"/>
                <w:sz w:val="24"/>
                <w:szCs w:val="24"/>
                <w:lang w:val="pl-PL"/>
              </w:rPr>
              <w:br/>
            </w:r>
            <w:r w:rsidRPr="00302CD0">
              <w:rPr>
                <w:sz w:val="24"/>
                <w:szCs w:val="24"/>
                <w:lang w:val="pl-PL"/>
              </w:rPr>
              <w:t>…………………………………….</w:t>
            </w:r>
          </w:p>
        </w:tc>
        <w:tc>
          <w:tcPr>
            <w:tcW w:w="4649" w:type="dxa"/>
            <w:shd w:val="clear" w:color="auto" w:fill="D9EAF7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1CC0E2D" w14:textId="77777777" w:rsidR="00F86CF3" w:rsidRPr="00302CD0" w:rsidRDefault="00302CD0">
            <w:pPr>
              <w:spacing w:after="0"/>
              <w:rPr>
                <w:sz w:val="24"/>
                <w:szCs w:val="24"/>
                <w:lang w:val="pl-PL"/>
              </w:rPr>
            </w:pPr>
            <w:r w:rsidRPr="00302CD0">
              <w:rPr>
                <w:b/>
                <w:color w:val="1F4E79"/>
                <w:sz w:val="24"/>
                <w:szCs w:val="24"/>
                <w:lang w:val="pl-PL"/>
              </w:rPr>
              <w:t>Sekcja</w:t>
            </w:r>
            <w:r w:rsidRPr="00302CD0">
              <w:rPr>
                <w:b/>
                <w:color w:val="1F4E79"/>
                <w:sz w:val="24"/>
                <w:szCs w:val="24"/>
                <w:lang w:val="pl-PL"/>
              </w:rPr>
              <w:br/>
            </w:r>
            <w:r w:rsidRPr="00302CD0">
              <w:rPr>
                <w:sz w:val="24"/>
                <w:szCs w:val="24"/>
                <w:lang w:val="pl-PL"/>
              </w:rPr>
              <w:t>☐</w:t>
            </w:r>
            <w:r w:rsidRPr="00302CD0">
              <w:rPr>
                <w:sz w:val="24"/>
                <w:szCs w:val="24"/>
                <w:lang w:val="pl-PL"/>
              </w:rPr>
              <w:t xml:space="preserve"> historia sztuki   ☐ historia muzyki</w:t>
            </w:r>
          </w:p>
        </w:tc>
      </w:tr>
    </w:tbl>
    <w:p w14:paraId="5DCBB7C1" w14:textId="77777777" w:rsidR="00302CD0" w:rsidRPr="00302CD0" w:rsidRDefault="00302CD0">
      <w:pPr>
        <w:pStyle w:val="OASection"/>
        <w:rPr>
          <w:lang w:val="pl-PL"/>
        </w:rPr>
      </w:pPr>
    </w:p>
    <w:p w14:paraId="4D129331" w14:textId="253ADA0C" w:rsidR="00F86CF3" w:rsidRPr="00302CD0" w:rsidRDefault="00302CD0">
      <w:pPr>
        <w:pStyle w:val="OASection"/>
        <w:rPr>
          <w:lang w:val="pl-PL"/>
        </w:rPr>
      </w:pPr>
      <w:r w:rsidRPr="00302CD0">
        <w:rPr>
          <w:lang w:val="pl-PL"/>
        </w:rPr>
        <w:t>1. DANE UCZNIA</w:t>
      </w:r>
    </w:p>
    <w:tbl>
      <w:tblPr>
        <w:tblW w:w="0" w:type="auto"/>
        <w:jc w:val="center"/>
        <w:tblBorders>
          <w:top w:val="single" w:sz="6" w:space="0" w:color="9FBAD0"/>
          <w:left w:val="single" w:sz="6" w:space="0" w:color="9FBAD0"/>
          <w:bottom w:val="single" w:sz="6" w:space="0" w:color="9FBAD0"/>
          <w:right w:val="single" w:sz="6" w:space="0" w:color="9FBAD0"/>
          <w:insideH w:val="single" w:sz="6" w:space="0" w:color="9FBAD0"/>
          <w:insideV w:val="single" w:sz="6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7143"/>
      </w:tblGrid>
      <w:tr w:rsidR="00F86CF3" w:rsidRPr="00302CD0" w14:paraId="7DA00FBF" w14:textId="77777777">
        <w:trPr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CA59890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Imię i nazwisko</w:t>
            </w:r>
          </w:p>
        </w:tc>
        <w:tc>
          <w:tcPr>
            <w:tcW w:w="7143" w:type="dx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7DABD61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  <w:tr w:rsidR="00F86CF3" w:rsidRPr="00302CD0" w14:paraId="59D751CC" w14:textId="77777777">
        <w:trPr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089069B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Data i miejsce urodzenia</w:t>
            </w:r>
          </w:p>
        </w:tc>
        <w:tc>
          <w:tcPr>
            <w:tcW w:w="7143" w:type="dx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23CF114C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  <w:tr w:rsidR="00F86CF3" w:rsidRPr="00302CD0" w14:paraId="657C0349" w14:textId="77777777">
        <w:trPr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3469E580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Adres e-mail</w:t>
            </w:r>
          </w:p>
        </w:tc>
        <w:tc>
          <w:tcPr>
            <w:tcW w:w="7143" w:type="dx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D962E53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  <w:tr w:rsidR="00F86CF3" w:rsidRPr="00302CD0" w14:paraId="290F747C" w14:textId="77777777">
        <w:trPr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6196FF41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Numer telefonu</w:t>
            </w:r>
          </w:p>
        </w:tc>
        <w:tc>
          <w:tcPr>
            <w:tcW w:w="7143" w:type="dx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78CB447D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  <w:tr w:rsidR="00F86CF3" w:rsidRPr="00302CD0" w14:paraId="63746ED8" w14:textId="77777777">
        <w:trPr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0F4834D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Adres prywatny z kodem pocztowym</w:t>
            </w:r>
          </w:p>
        </w:tc>
        <w:tc>
          <w:tcPr>
            <w:tcW w:w="7143" w:type="dx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F5DFB09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</w:tbl>
    <w:p w14:paraId="50B40544" w14:textId="77777777" w:rsidR="00302CD0" w:rsidRPr="00302CD0" w:rsidRDefault="00302CD0">
      <w:pPr>
        <w:pStyle w:val="OASection"/>
        <w:rPr>
          <w:lang w:val="pl-PL"/>
        </w:rPr>
      </w:pPr>
    </w:p>
    <w:p w14:paraId="04CD47DD" w14:textId="64DB6B66" w:rsidR="00F86CF3" w:rsidRPr="00302CD0" w:rsidRDefault="00302CD0">
      <w:pPr>
        <w:pStyle w:val="OASection"/>
        <w:rPr>
          <w:lang w:val="pl-PL"/>
        </w:rPr>
      </w:pPr>
      <w:r w:rsidRPr="00302CD0">
        <w:rPr>
          <w:lang w:val="pl-PL"/>
        </w:rPr>
        <w:t>2. DANE SZKOŁY</w:t>
      </w:r>
    </w:p>
    <w:p w14:paraId="524A9245" w14:textId="77777777" w:rsidR="00F86CF3" w:rsidRPr="00302CD0" w:rsidRDefault="00302CD0">
      <w:pPr>
        <w:rPr>
          <w:lang w:val="pl-PL"/>
        </w:rPr>
      </w:pPr>
      <w:r w:rsidRPr="00302CD0">
        <w:rPr>
          <w:sz w:val="20"/>
          <w:lang w:val="pl-PL"/>
        </w:rPr>
        <w:t>Pełna nazwa szkoły, adres z kodem pocztowym oraz adres e-mail:</w:t>
      </w:r>
    </w:p>
    <w:tbl>
      <w:tblPr>
        <w:tblW w:w="0" w:type="auto"/>
        <w:jc w:val="center"/>
        <w:tblBorders>
          <w:top w:val="single" w:sz="6" w:space="0" w:color="9FBAD0"/>
          <w:left w:val="single" w:sz="6" w:space="0" w:color="9FBAD0"/>
          <w:bottom w:val="single" w:sz="6" w:space="0" w:color="9FBAD0"/>
          <w:right w:val="single" w:sz="6" w:space="0" w:color="9FBAD0"/>
          <w:insideH w:val="single" w:sz="6" w:space="0" w:color="9FBAD0"/>
          <w:insideV w:val="single" w:sz="6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7143"/>
      </w:tblGrid>
      <w:tr w:rsidR="00F86CF3" w:rsidRPr="00302CD0" w14:paraId="4717C705" w14:textId="77777777">
        <w:trPr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11DA489F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1) Liceum Ogólnokształcące</w:t>
            </w:r>
          </w:p>
        </w:tc>
        <w:tc>
          <w:tcPr>
            <w:tcW w:w="7143" w:type="dx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7E20B048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lang w:val="pl-PL"/>
              </w:rPr>
              <w:br/>
              <w:t>klasa:</w:t>
            </w:r>
          </w:p>
        </w:tc>
      </w:tr>
      <w:tr w:rsidR="00F86CF3" w:rsidRPr="00302CD0" w14:paraId="5A70B1D0" w14:textId="77777777">
        <w:trPr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763AF73C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2) Szkoła muzyczna/plastyczna</w:t>
            </w:r>
          </w:p>
        </w:tc>
        <w:tc>
          <w:tcPr>
            <w:tcW w:w="7143" w:type="dx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F2BB2A1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lang w:val="pl-PL"/>
              </w:rPr>
              <w:br/>
              <w:t>klasa:</w:t>
            </w:r>
          </w:p>
        </w:tc>
      </w:tr>
      <w:tr w:rsidR="00F86CF3" w:rsidRPr="00302CD0" w14:paraId="4DA675BD" w14:textId="77777777">
        <w:trPr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306264E9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Powiat</w:t>
            </w:r>
          </w:p>
        </w:tc>
        <w:tc>
          <w:tcPr>
            <w:tcW w:w="7143" w:type="dx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9C60B25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  <w:tr w:rsidR="00F86CF3" w:rsidRPr="00302CD0" w14:paraId="60927040" w14:textId="77777777">
        <w:trPr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5FFB1B3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E-mail szkoły</w:t>
            </w:r>
          </w:p>
        </w:tc>
        <w:tc>
          <w:tcPr>
            <w:tcW w:w="7143" w:type="dx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3D50D1EE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</w:tbl>
    <w:p w14:paraId="6CE92A74" w14:textId="326B19FD" w:rsidR="00F86CF3" w:rsidRPr="00302CD0" w:rsidRDefault="00F86CF3">
      <w:pPr>
        <w:rPr>
          <w:lang w:val="pl-PL"/>
        </w:rPr>
      </w:pPr>
    </w:p>
    <w:p w14:paraId="480E90DD" w14:textId="77777777" w:rsidR="00F86CF3" w:rsidRPr="00302CD0" w:rsidRDefault="00302CD0">
      <w:pPr>
        <w:pStyle w:val="OASection"/>
        <w:rPr>
          <w:lang w:val="pl-PL"/>
        </w:rPr>
      </w:pPr>
      <w:r w:rsidRPr="00302CD0">
        <w:rPr>
          <w:lang w:val="pl-PL"/>
        </w:rPr>
        <w:t xml:space="preserve">3. NAUCZYCIEL </w:t>
      </w:r>
      <w:r w:rsidRPr="00302CD0">
        <w:rPr>
          <w:lang w:val="pl-PL"/>
        </w:rPr>
        <w:t>PRZYGOTOWUJĄCY UCZNIA DO ELIMINACJI</w:t>
      </w:r>
    </w:p>
    <w:tbl>
      <w:tblPr>
        <w:tblW w:w="0" w:type="auto"/>
        <w:jc w:val="center"/>
        <w:tblBorders>
          <w:top w:val="single" w:sz="6" w:space="0" w:color="9FBAD0"/>
          <w:left w:val="single" w:sz="6" w:space="0" w:color="9FBAD0"/>
          <w:bottom w:val="single" w:sz="6" w:space="0" w:color="9FBAD0"/>
          <w:right w:val="single" w:sz="6" w:space="0" w:color="9FBAD0"/>
          <w:insideH w:val="single" w:sz="6" w:space="0" w:color="9FBAD0"/>
          <w:insideV w:val="single" w:sz="6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3175"/>
        <w:gridCol w:w="4302"/>
        <w:gridCol w:w="21"/>
      </w:tblGrid>
      <w:tr w:rsidR="00F86CF3" w:rsidRPr="00302CD0" w14:paraId="582826A4" w14:textId="77777777">
        <w:trPr>
          <w:gridAfter w:val="1"/>
          <w:wAfter w:w="6" w:type="dxa"/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71D83756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Imię i nazwisko</w:t>
            </w:r>
          </w:p>
        </w:tc>
        <w:tc>
          <w:tcPr>
            <w:tcW w:w="7143" w:type="dxa"/>
            <w:gridSpan w:val="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ECFE245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  <w:tr w:rsidR="00F86CF3" w:rsidRPr="00302CD0" w14:paraId="6A6C4FFD" w14:textId="77777777">
        <w:trPr>
          <w:gridAfter w:val="1"/>
          <w:wAfter w:w="6" w:type="dxa"/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175F368D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Adres e-mail</w:t>
            </w:r>
          </w:p>
        </w:tc>
        <w:tc>
          <w:tcPr>
            <w:tcW w:w="7143" w:type="dxa"/>
            <w:gridSpan w:val="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3ABC71F3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  <w:tr w:rsidR="00F86CF3" w:rsidRPr="00302CD0" w14:paraId="1BEB8E26" w14:textId="77777777">
        <w:trPr>
          <w:gridAfter w:val="1"/>
          <w:wAfter w:w="6" w:type="dxa"/>
          <w:jc w:val="center"/>
        </w:trPr>
        <w:tc>
          <w:tcPr>
            <w:tcW w:w="2948" w:type="dxa"/>
            <w:shd w:val="clear" w:color="auto" w:fill="F4F7FA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8459F82" w14:textId="77777777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b/>
                <w:color w:val="1F4E79"/>
                <w:sz w:val="21"/>
                <w:lang w:val="pl-PL"/>
              </w:rPr>
              <w:t>Numer telefonu</w:t>
            </w:r>
          </w:p>
        </w:tc>
        <w:tc>
          <w:tcPr>
            <w:tcW w:w="7143" w:type="dxa"/>
            <w:gridSpan w:val="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2052F13" w14:textId="77777777" w:rsidR="00F86CF3" w:rsidRPr="00302CD0" w:rsidRDefault="00F86CF3">
            <w:pPr>
              <w:spacing w:after="0"/>
              <w:rPr>
                <w:lang w:val="pl-PL"/>
              </w:rPr>
            </w:pPr>
          </w:p>
        </w:tc>
      </w:tr>
      <w:tr w:rsidR="00F86CF3" w:rsidRPr="00302CD0" w14:paraId="719B412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  <w:jc w:val="center"/>
        </w:trPr>
        <w:tc>
          <w:tcPr>
            <w:tcW w:w="10035" w:type="dxa"/>
            <w:gridSpan w:val="4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16ACC84E" w14:textId="77777777" w:rsidR="00302CD0" w:rsidRPr="00302CD0" w:rsidRDefault="00302CD0">
            <w:pPr>
              <w:spacing w:after="0"/>
              <w:jc w:val="center"/>
              <w:rPr>
                <w:lang w:val="pl-PL"/>
              </w:rPr>
            </w:pPr>
          </w:p>
          <w:p w14:paraId="2B048E74" w14:textId="77777777" w:rsidR="00302CD0" w:rsidRPr="00302CD0" w:rsidRDefault="00302CD0">
            <w:pPr>
              <w:spacing w:after="0"/>
              <w:jc w:val="center"/>
              <w:rPr>
                <w:lang w:val="pl-PL"/>
              </w:rPr>
            </w:pPr>
          </w:p>
          <w:p w14:paraId="36B8FBA9" w14:textId="78BF1713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>................................................................................................................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 xml:space="preserve">podpis ucznia </w:t>
            </w:r>
            <w:r>
              <w:rPr>
                <w:sz w:val="18"/>
                <w:lang w:val="pl-PL"/>
              </w:rPr>
              <w:t>/ uczennicy</w:t>
            </w:r>
          </w:p>
        </w:tc>
      </w:tr>
      <w:tr w:rsidR="00F86CF3" w:rsidRPr="00302CD0" w14:paraId="3760F188" w14:textId="77777777">
        <w:tblPrEx>
          <w:tblBorders>
            <w:top w:val="single" w:sz="5" w:space="0" w:color="D6B656"/>
            <w:left w:val="single" w:sz="5" w:space="0" w:color="D6B656"/>
            <w:bottom w:val="single" w:sz="5" w:space="0" w:color="D6B656"/>
            <w:right w:val="single" w:sz="5" w:space="0" w:color="D6B656"/>
            <w:insideH w:val="single" w:sz="5" w:space="0" w:color="D6B656"/>
            <w:insideV w:val="single" w:sz="5" w:space="0" w:color="D6B656"/>
          </w:tblBorders>
        </w:tblPrEx>
        <w:trPr>
          <w:gridAfter w:val="1"/>
          <w:wAfter w:w="21" w:type="dxa"/>
          <w:jc w:val="center"/>
        </w:trPr>
        <w:tc>
          <w:tcPr>
            <w:tcW w:w="10652" w:type="dxa"/>
            <w:gridSpan w:val="3"/>
            <w:shd w:val="clear" w:color="auto" w:fill="FFF8E1"/>
            <w:tcMar>
              <w:top w:w="45" w:type="dxa"/>
              <w:left w:w="90" w:type="dxa"/>
              <w:bottom w:w="45" w:type="dxa"/>
              <w:right w:w="90" w:type="dxa"/>
            </w:tcMar>
          </w:tcPr>
          <w:p w14:paraId="6943B09D" w14:textId="77777777" w:rsidR="00302CD0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lang w:val="pl-PL"/>
              </w:rPr>
              <w:t xml:space="preserve">Złożenie Karty Uczestnika jest równoznaczne z zapoznaniem się z Regulaminem Olimpiady Artystycznej. </w:t>
            </w:r>
          </w:p>
          <w:p w14:paraId="6C208A27" w14:textId="40C539B5" w:rsidR="00F86CF3" w:rsidRPr="00302CD0" w:rsidRDefault="00302CD0">
            <w:pPr>
              <w:spacing w:after="0"/>
              <w:rPr>
                <w:lang w:val="pl-PL"/>
              </w:rPr>
            </w:pPr>
            <w:r w:rsidRPr="00302CD0">
              <w:rPr>
                <w:lang w:val="pl-PL"/>
              </w:rPr>
              <w:t>Na etapie centralnym wymagana wiedza wykracza poza podstawę programową, a prezentowane dzieła sztuki mogą zawierać treści prezentujące przemoc lub nagość (wynika to z charakteru dziedzictwa kulturowego), sztukę XXI wieku, pytania o datowanie, rozmaite techniki artystyczne oraz miejsca przechowywania dzieł.</w:t>
            </w:r>
          </w:p>
        </w:tc>
      </w:tr>
      <w:tr w:rsidR="00F86CF3" w:rsidRPr="00302CD0" w14:paraId="3D40553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  <w:jc w:val="center"/>
        </w:trPr>
        <w:tc>
          <w:tcPr>
            <w:tcW w:w="10035" w:type="dxa"/>
            <w:gridSpan w:val="4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071FDE72" w14:textId="77777777" w:rsidR="00302CD0" w:rsidRPr="00302CD0" w:rsidRDefault="00302CD0">
            <w:pPr>
              <w:spacing w:after="0"/>
              <w:jc w:val="center"/>
              <w:rPr>
                <w:lang w:val="pl-PL"/>
              </w:rPr>
            </w:pPr>
          </w:p>
          <w:p w14:paraId="22652973" w14:textId="77777777" w:rsidR="00302CD0" w:rsidRPr="00302CD0" w:rsidRDefault="00302CD0">
            <w:pPr>
              <w:spacing w:after="0"/>
              <w:jc w:val="center"/>
              <w:rPr>
                <w:lang w:val="pl-PL"/>
              </w:rPr>
            </w:pPr>
          </w:p>
          <w:p w14:paraId="1D1EAF85" w14:textId="6CA57422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>................................................................................................................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podpis rodziców/opiekunów prawnych¹</w:t>
            </w:r>
          </w:p>
        </w:tc>
      </w:tr>
      <w:tr w:rsidR="00F86CF3" w:rsidRPr="00302CD0" w14:paraId="33E95C3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  <w:jc w:val="center"/>
        </w:trPr>
        <w:tc>
          <w:tcPr>
            <w:tcW w:w="3175" w:type="dxa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30D47440" w14:textId="77777777" w:rsidR="00302CD0" w:rsidRPr="00302CD0" w:rsidRDefault="00302CD0">
            <w:pPr>
              <w:spacing w:after="0"/>
              <w:jc w:val="center"/>
              <w:rPr>
                <w:lang w:val="pl-PL"/>
              </w:rPr>
            </w:pPr>
          </w:p>
          <w:p w14:paraId="7EE15988" w14:textId="77777777" w:rsidR="00302CD0" w:rsidRPr="00302CD0" w:rsidRDefault="00302CD0">
            <w:pPr>
              <w:spacing w:after="0"/>
              <w:jc w:val="center"/>
              <w:rPr>
                <w:lang w:val="pl-PL"/>
              </w:rPr>
            </w:pPr>
          </w:p>
          <w:p w14:paraId="6812C96B" w14:textId="63E92D2C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 xml:space="preserve">................................................ 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miejscowość i data</w:t>
            </w:r>
          </w:p>
        </w:tc>
        <w:tc>
          <w:tcPr>
            <w:tcW w:w="3175" w:type="dxa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33C5F9EB" w14:textId="4D03EACD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 xml:space="preserve">................................................ 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pieczęć szkoły</w:t>
            </w:r>
          </w:p>
        </w:tc>
        <w:tc>
          <w:tcPr>
            <w:tcW w:w="3685" w:type="dxa"/>
            <w:gridSpan w:val="2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4D11835D" w14:textId="77777777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>........................................................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podpis dyrektora szkoły</w:t>
            </w:r>
          </w:p>
        </w:tc>
      </w:tr>
    </w:tbl>
    <w:p w14:paraId="016F19E3" w14:textId="77777777" w:rsidR="00302CD0" w:rsidRPr="00302CD0" w:rsidRDefault="00302CD0">
      <w:pPr>
        <w:jc w:val="center"/>
        <w:rPr>
          <w:b/>
          <w:sz w:val="18"/>
          <w:lang w:val="pl-PL"/>
        </w:rPr>
      </w:pPr>
    </w:p>
    <w:p w14:paraId="1A83136E" w14:textId="0376D8FD" w:rsidR="00F86CF3" w:rsidRPr="00302CD0" w:rsidRDefault="00302CD0">
      <w:pPr>
        <w:jc w:val="center"/>
        <w:rPr>
          <w:lang w:val="pl-PL"/>
        </w:rPr>
      </w:pPr>
      <w:r w:rsidRPr="00302CD0">
        <w:rPr>
          <w:b/>
          <w:sz w:val="18"/>
          <w:lang w:val="pl-PL"/>
        </w:rPr>
        <w:t>Karty Uczestnika zawierające nieczytelne, niepełne bądź nieprawdziwe dane uważa się za nieważne.</w:t>
      </w:r>
    </w:p>
    <w:p w14:paraId="318D22F3" w14:textId="77777777" w:rsidR="00F86CF3" w:rsidRPr="00302CD0" w:rsidRDefault="00302CD0">
      <w:pPr>
        <w:pageBreakBefore/>
        <w:spacing w:after="80"/>
        <w:jc w:val="center"/>
        <w:rPr>
          <w:lang w:val="pl-PL"/>
        </w:rPr>
      </w:pPr>
      <w:r w:rsidRPr="00302CD0">
        <w:rPr>
          <w:rFonts w:ascii="Aptos Display" w:hAnsi="Aptos Display"/>
          <w:b/>
          <w:color w:val="1F4E79"/>
          <w:sz w:val="26"/>
          <w:lang w:val="pl-PL"/>
        </w:rPr>
        <w:lastRenderedPageBreak/>
        <w:t xml:space="preserve">ZAŁĄCZNIK DO KARTY </w:t>
      </w:r>
      <w:r w:rsidRPr="00302CD0">
        <w:rPr>
          <w:rFonts w:ascii="Aptos Display" w:hAnsi="Aptos Display"/>
          <w:b/>
          <w:color w:val="1F4E79"/>
          <w:sz w:val="26"/>
          <w:lang w:val="pl-PL"/>
        </w:rPr>
        <w:t>UCZESTNIKA</w:t>
      </w:r>
    </w:p>
    <w:p w14:paraId="2F52D982" w14:textId="77777777" w:rsidR="00302CD0" w:rsidRPr="00302CD0" w:rsidRDefault="00302CD0">
      <w:pPr>
        <w:pStyle w:val="OASection"/>
        <w:rPr>
          <w:lang w:val="pl-PL"/>
        </w:rPr>
      </w:pPr>
    </w:p>
    <w:p w14:paraId="0E82A2C4" w14:textId="48A64FDE" w:rsidR="00F86CF3" w:rsidRPr="00302CD0" w:rsidRDefault="00302CD0">
      <w:pPr>
        <w:pStyle w:val="OASection"/>
        <w:rPr>
          <w:lang w:val="pl-PL"/>
        </w:rPr>
      </w:pPr>
      <w:r w:rsidRPr="00302CD0">
        <w:rPr>
          <w:lang w:val="pl-PL"/>
        </w:rPr>
        <w:t>1. OŚWIADCZENIE UCZESTNIKA</w:t>
      </w:r>
    </w:p>
    <w:p w14:paraId="44AAEE8D" w14:textId="77777777" w:rsidR="00F86CF3" w:rsidRPr="00302CD0" w:rsidRDefault="00302CD0">
      <w:pPr>
        <w:jc w:val="both"/>
        <w:rPr>
          <w:lang w:val="pl-PL"/>
        </w:rPr>
      </w:pPr>
      <w:r w:rsidRPr="00302CD0">
        <w:rPr>
          <w:lang w:val="pl-PL"/>
        </w:rPr>
        <w:t>Oświadczam, że zapoznałem się z „Regulaminem Olimpiady Artystycznej”, w tym zawartą w nim informacją na temat przetwarzania danych osobowych jej uczestników przez Organizatora Olimpiady w zakresie i w celach związanych z jej realizacją oraz przysługujących uczestnikom praw na podstawie przepisów o ochronie danych osobowych. W pełni go akceptuję i przyjmuję do stosowania.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87"/>
      </w:tblGrid>
      <w:tr w:rsidR="00F86CF3" w:rsidRPr="00302CD0" w14:paraId="4449A038" w14:textId="77777777">
        <w:trPr>
          <w:trHeight w:val="879"/>
          <w:jc w:val="center"/>
        </w:trPr>
        <w:tc>
          <w:tcPr>
            <w:tcW w:w="2948" w:type="dxa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6C8E7DA6" w14:textId="3471A0D4" w:rsidR="00F86CF3" w:rsidRPr="00302CD0" w:rsidRDefault="00302CD0" w:rsidP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>............................................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miejscowość i data</w:t>
            </w:r>
          </w:p>
        </w:tc>
        <w:tc>
          <w:tcPr>
            <w:tcW w:w="7087" w:type="dxa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31772EC2" w14:textId="77777777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>................................................................................................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czytelny podpis uczestnika lub – w przypadku osoby niepełnoletniej – rodzica lub opiekuna prawnego</w:t>
            </w:r>
          </w:p>
        </w:tc>
      </w:tr>
    </w:tbl>
    <w:p w14:paraId="077EA825" w14:textId="77777777" w:rsidR="00302CD0" w:rsidRPr="00302CD0" w:rsidRDefault="00302CD0">
      <w:pPr>
        <w:pStyle w:val="OASection"/>
        <w:rPr>
          <w:lang w:val="pl-PL"/>
        </w:rPr>
      </w:pPr>
    </w:p>
    <w:p w14:paraId="579452B8" w14:textId="0633ACF3" w:rsidR="00F86CF3" w:rsidRPr="00302CD0" w:rsidRDefault="00302CD0">
      <w:pPr>
        <w:pStyle w:val="OASection"/>
        <w:rPr>
          <w:lang w:val="pl-PL"/>
        </w:rPr>
      </w:pPr>
      <w:r w:rsidRPr="00302CD0">
        <w:rPr>
          <w:lang w:val="pl-PL"/>
        </w:rPr>
        <w:t>2. OŚWIADCZENIE RODZICA LUB OPIEKUNA OSOBY NIEPEŁNOLETNIEJ</w:t>
      </w:r>
    </w:p>
    <w:p w14:paraId="70363688" w14:textId="77777777" w:rsidR="00F86CF3" w:rsidRPr="00302CD0" w:rsidRDefault="00302CD0">
      <w:pPr>
        <w:jc w:val="both"/>
        <w:rPr>
          <w:lang w:val="pl-PL"/>
        </w:rPr>
      </w:pPr>
      <w:r w:rsidRPr="00302CD0">
        <w:rPr>
          <w:lang w:val="pl-PL"/>
        </w:rPr>
        <w:t>Wyrażam zgodę na uczestnictwo mojego dziecka w Olimpiadzie Artystycznej.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87"/>
      </w:tblGrid>
      <w:tr w:rsidR="00F86CF3" w:rsidRPr="00302CD0" w14:paraId="219964B1" w14:textId="77777777">
        <w:trPr>
          <w:trHeight w:val="879"/>
          <w:jc w:val="center"/>
        </w:trPr>
        <w:tc>
          <w:tcPr>
            <w:tcW w:w="2948" w:type="dxa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6AD6E981" w14:textId="608D2D6A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 xml:space="preserve">............................................ 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miejscowość i data</w:t>
            </w:r>
          </w:p>
        </w:tc>
        <w:tc>
          <w:tcPr>
            <w:tcW w:w="7087" w:type="dxa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51C8DB7E" w14:textId="77777777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>................................................................................................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czytelny podpis rodzica lub opiekuna prawnego</w:t>
            </w:r>
          </w:p>
        </w:tc>
      </w:tr>
    </w:tbl>
    <w:p w14:paraId="57CE031C" w14:textId="77777777" w:rsidR="00302CD0" w:rsidRPr="00302CD0" w:rsidRDefault="00302CD0">
      <w:pPr>
        <w:pStyle w:val="OASection"/>
        <w:rPr>
          <w:lang w:val="pl-PL"/>
        </w:rPr>
      </w:pPr>
    </w:p>
    <w:p w14:paraId="14B88DB4" w14:textId="23142B4E" w:rsidR="00F86CF3" w:rsidRPr="00302CD0" w:rsidRDefault="00302CD0">
      <w:pPr>
        <w:pStyle w:val="OASection"/>
        <w:rPr>
          <w:lang w:val="pl-PL"/>
        </w:rPr>
      </w:pPr>
      <w:r w:rsidRPr="00302CD0">
        <w:rPr>
          <w:lang w:val="pl-PL"/>
        </w:rPr>
        <w:t>3. OŚWIADCZENIE NAUCZYCIELA PRZYGOTOWUJĄCEGO UCZNIA DO ELIMINACJI</w:t>
      </w:r>
    </w:p>
    <w:p w14:paraId="0720FD19" w14:textId="77777777" w:rsidR="00F86CF3" w:rsidRPr="00302CD0" w:rsidRDefault="00302CD0">
      <w:pPr>
        <w:jc w:val="both"/>
        <w:rPr>
          <w:lang w:val="pl-PL"/>
        </w:rPr>
      </w:pPr>
      <w:r w:rsidRPr="00302CD0">
        <w:rPr>
          <w:lang w:val="pl-PL"/>
        </w:rPr>
        <w:t xml:space="preserve">Oświadczam, że zapoznałem się z „Regulaminem Olimpiady Artystycznej”, w tym zawartą w nim informacją na temat przetwarzania moich danych osobowych przez Organizatora </w:t>
      </w:r>
      <w:r w:rsidRPr="00302CD0">
        <w:rPr>
          <w:lang w:val="pl-PL"/>
        </w:rPr>
        <w:t>Olimpiady w zakresie i w celach związanych z jej realizacją oraz przysługujących mi praw na podstawie przepisów o ochronie danych osobowych. W pełni go akceptuję i przyjmuję do stosowania.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087"/>
      </w:tblGrid>
      <w:tr w:rsidR="00F86CF3" w:rsidRPr="00302CD0" w14:paraId="09CA47CC" w14:textId="77777777">
        <w:trPr>
          <w:trHeight w:val="879"/>
          <w:jc w:val="center"/>
        </w:trPr>
        <w:tc>
          <w:tcPr>
            <w:tcW w:w="2948" w:type="dxa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179A5F3B" w14:textId="1E070A7A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 xml:space="preserve">............................................ 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miejscowość i data</w:t>
            </w:r>
          </w:p>
        </w:tc>
        <w:tc>
          <w:tcPr>
            <w:tcW w:w="7087" w:type="dxa"/>
            <w:tcMar>
              <w:top w:w="40" w:type="dxa"/>
              <w:left w:w="70" w:type="dxa"/>
              <w:bottom w:w="20" w:type="dxa"/>
              <w:right w:w="70" w:type="dxa"/>
            </w:tcMar>
            <w:vAlign w:val="bottom"/>
          </w:tcPr>
          <w:p w14:paraId="18442849" w14:textId="77777777" w:rsidR="00F86CF3" w:rsidRPr="00302CD0" w:rsidRDefault="00302CD0">
            <w:pPr>
              <w:spacing w:after="0"/>
              <w:jc w:val="center"/>
              <w:rPr>
                <w:lang w:val="pl-PL"/>
              </w:rPr>
            </w:pPr>
            <w:r w:rsidRPr="00302CD0">
              <w:rPr>
                <w:lang w:val="pl-PL"/>
              </w:rPr>
              <w:t>................................................................................................</w:t>
            </w:r>
            <w:r w:rsidRPr="00302CD0">
              <w:rPr>
                <w:lang w:val="pl-PL"/>
              </w:rPr>
              <w:br/>
            </w:r>
            <w:r w:rsidRPr="00302CD0">
              <w:rPr>
                <w:sz w:val="18"/>
                <w:lang w:val="pl-PL"/>
              </w:rPr>
              <w:t>czytelny podpis nauczyciela</w:t>
            </w:r>
          </w:p>
        </w:tc>
      </w:tr>
    </w:tbl>
    <w:p w14:paraId="556E37AC" w14:textId="77777777" w:rsidR="00302CD0" w:rsidRPr="00302CD0" w:rsidRDefault="00302CD0">
      <w:pPr>
        <w:spacing w:before="60" w:after="40"/>
        <w:jc w:val="center"/>
        <w:rPr>
          <w:b/>
          <w:color w:val="9C0006"/>
          <w:sz w:val="20"/>
          <w:lang w:val="pl-PL"/>
        </w:rPr>
      </w:pPr>
    </w:p>
    <w:p w14:paraId="32136DA6" w14:textId="77777777" w:rsidR="00302CD0" w:rsidRPr="00302CD0" w:rsidRDefault="00302CD0">
      <w:pPr>
        <w:spacing w:before="60" w:after="40"/>
        <w:jc w:val="center"/>
        <w:rPr>
          <w:b/>
          <w:color w:val="9C0006"/>
          <w:sz w:val="20"/>
          <w:lang w:val="pl-PL"/>
        </w:rPr>
      </w:pPr>
    </w:p>
    <w:p w14:paraId="30311754" w14:textId="005AAFB5" w:rsidR="00F86CF3" w:rsidRPr="00302CD0" w:rsidRDefault="00302CD0">
      <w:pPr>
        <w:spacing w:before="60" w:after="40"/>
        <w:jc w:val="center"/>
        <w:rPr>
          <w:b/>
          <w:color w:val="9C0006"/>
          <w:sz w:val="20"/>
          <w:lang w:val="pl-PL"/>
        </w:rPr>
      </w:pPr>
      <w:r w:rsidRPr="00302CD0">
        <w:rPr>
          <w:b/>
          <w:color w:val="9C0006"/>
          <w:sz w:val="20"/>
          <w:lang w:val="pl-PL"/>
        </w:rPr>
        <w:t>Karty Uczestnika zawierające nieczytelne, niepełne bądź nieprawdziwe dane oraz niepodpisane wymagane oświadczenia uważa się za nieważne.</w:t>
      </w:r>
    </w:p>
    <w:p w14:paraId="0BC961C3" w14:textId="77777777" w:rsidR="00302CD0" w:rsidRPr="00302CD0" w:rsidRDefault="00302CD0">
      <w:pPr>
        <w:spacing w:before="60" w:after="40"/>
        <w:jc w:val="center"/>
        <w:rPr>
          <w:lang w:val="pl-PL"/>
        </w:rPr>
      </w:pPr>
    </w:p>
    <w:p w14:paraId="6658D086" w14:textId="77777777" w:rsidR="00F86CF3" w:rsidRPr="00302CD0" w:rsidRDefault="00302CD0">
      <w:pPr>
        <w:rPr>
          <w:lang w:val="pl-PL"/>
        </w:rPr>
      </w:pPr>
      <w:r w:rsidRPr="00302CD0">
        <w:rPr>
          <w:sz w:val="18"/>
          <w:lang w:val="pl-PL"/>
        </w:rPr>
        <w:t>¹ Wymagany w przypadku osoby uczestniczącej, która nie osiągnęła pełnoletności.</w:t>
      </w:r>
      <w:bookmarkEnd w:id="0"/>
    </w:p>
    <w:sectPr w:rsidR="00F86CF3" w:rsidRPr="00302CD0" w:rsidSect="00034616">
      <w:footerReference w:type="default" r:id="rId8"/>
      <w:pgSz w:w="12240" w:h="15840"/>
      <w:pgMar w:top="567" w:right="794" w:bottom="567" w:left="794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988F6" w14:textId="77777777" w:rsidR="00302CD0" w:rsidRDefault="00302CD0">
      <w:pPr>
        <w:spacing w:after="0"/>
      </w:pPr>
      <w:r>
        <w:separator/>
      </w:r>
    </w:p>
  </w:endnote>
  <w:endnote w:type="continuationSeparator" w:id="0">
    <w:p w14:paraId="1ADE0E18" w14:textId="77777777" w:rsidR="00302CD0" w:rsidRDefault="00302C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6E7E" w14:textId="77777777" w:rsidR="00F86CF3" w:rsidRDefault="00302CD0">
    <w:pPr>
      <w:pStyle w:val="Stopka"/>
      <w:jc w:val="center"/>
    </w:pPr>
    <w:r>
      <w:rPr>
        <w:color w:val="737373"/>
        <w:sz w:val="16"/>
      </w:rPr>
      <w:t xml:space="preserve">Olimpiada Artystyczna – Karta Uczestnika  • 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DF0C7" w14:textId="77777777" w:rsidR="00302CD0" w:rsidRDefault="00302CD0">
      <w:pPr>
        <w:spacing w:after="0"/>
      </w:pPr>
      <w:r>
        <w:separator/>
      </w:r>
    </w:p>
  </w:footnote>
  <w:footnote w:type="continuationSeparator" w:id="0">
    <w:p w14:paraId="52E3BD44" w14:textId="77777777" w:rsidR="00302CD0" w:rsidRDefault="00302C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8523993">
    <w:abstractNumId w:val="8"/>
  </w:num>
  <w:num w:numId="2" w16cid:durableId="1638760086">
    <w:abstractNumId w:val="6"/>
  </w:num>
  <w:num w:numId="3" w16cid:durableId="871504787">
    <w:abstractNumId w:val="5"/>
  </w:num>
  <w:num w:numId="4" w16cid:durableId="555512869">
    <w:abstractNumId w:val="4"/>
  </w:num>
  <w:num w:numId="5" w16cid:durableId="414742260">
    <w:abstractNumId w:val="7"/>
  </w:num>
  <w:num w:numId="6" w16cid:durableId="357858448">
    <w:abstractNumId w:val="3"/>
  </w:num>
  <w:num w:numId="7" w16cid:durableId="1371418940">
    <w:abstractNumId w:val="2"/>
  </w:num>
  <w:num w:numId="8" w16cid:durableId="501509897">
    <w:abstractNumId w:val="1"/>
  </w:num>
  <w:num w:numId="9" w16cid:durableId="92969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2CD0"/>
    <w:rsid w:val="00326F90"/>
    <w:rsid w:val="00AA1D8D"/>
    <w:rsid w:val="00B0384D"/>
    <w:rsid w:val="00B47730"/>
    <w:rsid w:val="00CB0664"/>
    <w:rsid w:val="00F86C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12CAA"/>
  <w14:defaultImageDpi w14:val="300"/>
  <w15:docId w15:val="{613459F3-41AC-48E7-AF27-2F60BA55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" w:line="240" w:lineRule="auto"/>
    </w:pPr>
    <w:rPr>
      <w:rFonts w:ascii="Aptos" w:hAnsi="Apto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ASection">
    <w:name w:val="OA Section"/>
    <w:pPr>
      <w:keepNext/>
      <w:spacing w:before="60" w:after="40"/>
    </w:pPr>
    <w:rPr>
      <w:rFonts w:ascii="Aptos" w:hAnsi="Aptos"/>
      <w:b/>
      <w:color w:val="1F4E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Olimpiada Artystyczna – Karta Uczestnika</dc:title>
  <dc:subject>Edytowalny formularz – 2 strony</dc:subject>
  <dc:creator>OA</dc:creator>
  <cp:keywords/>
  <cp:lastModifiedBy>Katarzyna Liwak-Rybak</cp:lastModifiedBy>
  <dcterms:created xsi:type="dcterms:W3CDTF">2026-08-22T12:39:00Z</dcterms:created>
  <dcterms:modified xsi:type="dcterms:W3CDTF">2026-08-22T12:39:00Z</dcterms:modified>
  <cp:category/>
</cp:coreProperties>
</file>